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5D2" w:rsidRDefault="000C15D2" w:rsidP="000C15D2">
      <w:r>
        <w:rPr>
          <w:noProof/>
        </w:rPr>
        <w:drawing>
          <wp:inline distT="0" distB="0" distL="0" distR="0" wp14:anchorId="52DEC87E" wp14:editId="47BE69FB">
            <wp:extent cx="1885950" cy="469900"/>
            <wp:effectExtent l="19050" t="0" r="0" b="0"/>
            <wp:docPr id="1" name="Εικόνα 1" descr="logo milias cam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ilias camp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058" w:rsidRPr="00E770A4" w:rsidRDefault="00EF2B9A" w:rsidP="00E770A4">
      <w:pPr>
        <w:jc w:val="center"/>
        <w:rPr>
          <w:b/>
          <w:bCs/>
        </w:rPr>
      </w:pPr>
      <w:r>
        <w:rPr>
          <w:b/>
          <w:bCs/>
        </w:rPr>
        <w:t>REGISTRATION FORM (SUMMER 2026</w:t>
      </w:r>
      <w:proofErr w:type="gramStart"/>
      <w:r w:rsidR="00352275" w:rsidRPr="000C15D2">
        <w:rPr>
          <w:b/>
          <w:bCs/>
        </w:rPr>
        <w:t>)</w:t>
      </w:r>
      <w:proofErr w:type="gramEnd"/>
      <w:r w:rsidR="00352275">
        <w:br/>
        <w:t>I, the undersigned ………………………………………</w:t>
      </w:r>
      <w:r w:rsidR="000F23CC">
        <w:t>………</w:t>
      </w:r>
      <w:r w:rsidR="00352275">
        <w:t>…</w:t>
      </w:r>
      <w:r w:rsidR="000F23CC">
        <w:t>…………………...</w:t>
      </w:r>
      <w:r w:rsidR="00352275">
        <w:t xml:space="preserve"> parent/guardian</w:t>
      </w:r>
      <w:r w:rsidR="00352275">
        <w:br/>
        <w:t>of ………………………………………….,</w:t>
      </w:r>
      <w:r w:rsidR="000F23CC">
        <w:t xml:space="preserve">……………..                                              </w:t>
      </w:r>
      <w:r w:rsidR="00352275">
        <w:t xml:space="preserve"> year of birth ……….</w:t>
      </w:r>
      <w:r w:rsidR="00352275">
        <w:br/>
        <w:t>(Please also provide the child's name in Latin characters, as in the passport)</w:t>
      </w:r>
      <w:r w:rsidR="00352275">
        <w:br/>
        <w:t>…………………………………………………………………………………………………</w:t>
      </w:r>
      <w:proofErr w:type="gramStart"/>
      <w:r w:rsidR="00352275">
        <w:t>.</w:t>
      </w:r>
      <w:proofErr w:type="gramEnd"/>
      <w:r w:rsidR="00352275">
        <w:br/>
        <w:t>declare that I wish my child to participate in the activity:</w:t>
      </w:r>
      <w:r w:rsidR="00352275">
        <w:br/>
      </w:r>
    </w:p>
    <w:p w:rsidR="00C747E6" w:rsidRDefault="00352275" w:rsidP="00E770A4">
      <w:pPr>
        <w:spacing w:line="360" w:lineRule="auto"/>
      </w:pPr>
      <w:r>
        <w:t xml:space="preserve">A. MULTI-ACTIVITY CAMPS </w:t>
      </w:r>
      <w:r w:rsidR="00C747E6">
        <w:t>IN PARNASSOS (7-15 years old</w:t>
      </w:r>
      <w:proofErr w:type="gramStart"/>
      <w:r w:rsidR="00C747E6">
        <w:t>)</w:t>
      </w:r>
      <w:proofErr w:type="gramEnd"/>
      <w:r w:rsidR="00C747E6">
        <w:br/>
        <w:t>2</w:t>
      </w:r>
      <w:r w:rsidR="00C747E6" w:rsidRPr="00C747E6">
        <w:t>0</w:t>
      </w:r>
      <w:r w:rsidR="00C747E6">
        <w:t>-2</w:t>
      </w:r>
      <w:r w:rsidR="00C747E6" w:rsidRPr="00C747E6">
        <w:t>7</w:t>
      </w:r>
      <w:r w:rsidR="00C747E6">
        <w:t>/6          2</w:t>
      </w:r>
      <w:r w:rsidR="00C747E6" w:rsidRPr="00C747E6">
        <w:t>7</w:t>
      </w:r>
      <w:r w:rsidR="00C747E6">
        <w:t>/6-</w:t>
      </w:r>
      <w:r w:rsidR="00C747E6" w:rsidRPr="00C747E6">
        <w:t>4</w:t>
      </w:r>
      <w:r w:rsidR="00C747E6">
        <w:t xml:space="preserve">/7        </w:t>
      </w:r>
      <w:r w:rsidR="00C747E6" w:rsidRPr="00C747E6">
        <w:t>4</w:t>
      </w:r>
      <w:r w:rsidR="00C747E6">
        <w:t>-1</w:t>
      </w:r>
      <w:r w:rsidR="00C747E6" w:rsidRPr="00C747E6">
        <w:t>1</w:t>
      </w:r>
      <w:r w:rsidR="00C747E6">
        <w:t>/7         1</w:t>
      </w:r>
      <w:r w:rsidR="00C747E6" w:rsidRPr="00C747E6">
        <w:t>1</w:t>
      </w:r>
      <w:r w:rsidR="00C747E6">
        <w:t>-1</w:t>
      </w:r>
      <w:r w:rsidR="00C747E6" w:rsidRPr="00C747E6">
        <w:t>8</w:t>
      </w:r>
      <w:r w:rsidR="00C747E6">
        <w:t>/7           1</w:t>
      </w:r>
      <w:r w:rsidR="00C747E6" w:rsidRPr="00C747E6">
        <w:t>8</w:t>
      </w:r>
      <w:r w:rsidR="00C747E6">
        <w:t>-2</w:t>
      </w:r>
      <w:r w:rsidR="00C747E6" w:rsidRPr="00C747E6">
        <w:t>5</w:t>
      </w:r>
      <w:r>
        <w:t>/7</w:t>
      </w:r>
      <w:r>
        <w:br/>
        <w:t>B. MOUNTAINEERING IN GIONA, VARDOUSIA, AN</w:t>
      </w:r>
      <w:r w:rsidR="005C2D33">
        <w:t>D PARNASSOS (12-17 years old)</w:t>
      </w:r>
      <w:r w:rsidR="005C2D33">
        <w:br/>
        <w:t>11-18/7                18-25</w:t>
      </w:r>
      <w:r>
        <w:t>/7</w:t>
      </w:r>
      <w:r>
        <w:br/>
        <w:t xml:space="preserve">organized by "MILIAS CAMPS- E.P.E." according to the details </w:t>
      </w:r>
      <w:r w:rsidR="00C747E6">
        <w:t xml:space="preserve"> and rules </w:t>
      </w:r>
      <w:r>
        <w:t xml:space="preserve">provided on </w:t>
      </w:r>
      <w:r w:rsidR="00E12058">
        <w:t>y</w:t>
      </w:r>
      <w:r>
        <w:t xml:space="preserve">our website, </w:t>
      </w:r>
      <w:hyperlink r:id="rId9" w:history="1">
        <w:r w:rsidR="00C747E6" w:rsidRPr="00930EF6">
          <w:rPr>
            <w:rStyle w:val="-"/>
          </w:rPr>
          <w:t>www.miliascamps.gr/summercamps</w:t>
        </w:r>
      </w:hyperlink>
      <w:r>
        <w:t>.</w:t>
      </w:r>
    </w:p>
    <w:p w:rsidR="00B35D87" w:rsidRPr="00B314B1" w:rsidRDefault="00352275">
      <w:r>
        <w:t>Street/number</w:t>
      </w:r>
      <w:proofErr w:type="gramStart"/>
      <w:r>
        <w:t xml:space="preserve">: </w:t>
      </w:r>
      <w:r w:rsidR="00E12058">
        <w:t xml:space="preserve">       </w:t>
      </w:r>
      <w:r>
        <w:t>…………………………………………</w:t>
      </w:r>
      <w:r w:rsidR="00E12058">
        <w:t>…………………….</w:t>
      </w:r>
      <w:proofErr w:type="gramEnd"/>
      <w:r>
        <w:br/>
        <w:t>Area/Postal code</w:t>
      </w:r>
      <w:proofErr w:type="gramStart"/>
      <w:r>
        <w:t xml:space="preserve">: </w:t>
      </w:r>
      <w:r w:rsidR="00E12058">
        <w:t xml:space="preserve">   </w:t>
      </w:r>
      <w:r>
        <w:t>…………………………………………</w:t>
      </w:r>
      <w:r w:rsidR="00E12058">
        <w:t>…………………….</w:t>
      </w:r>
      <w:proofErr w:type="gramEnd"/>
      <w:r>
        <w:br/>
        <w:t>Phones</w:t>
      </w:r>
      <w:proofErr w:type="gramStart"/>
      <w:r>
        <w:t xml:space="preserve">: </w:t>
      </w:r>
      <w:r w:rsidR="00E12058">
        <w:t xml:space="preserve">                      </w:t>
      </w:r>
      <w:r>
        <w:t>…………………………………………</w:t>
      </w:r>
      <w:r w:rsidR="00E12058">
        <w:t>…………………….</w:t>
      </w:r>
      <w:proofErr w:type="gramEnd"/>
      <w:r>
        <w:br/>
        <w:t>Mobile phones</w:t>
      </w:r>
      <w:proofErr w:type="gramStart"/>
      <w:r>
        <w:t xml:space="preserve">: </w:t>
      </w:r>
      <w:r w:rsidR="00E12058">
        <w:t xml:space="preserve">        </w:t>
      </w:r>
      <w:r>
        <w:t>…………………………………………</w:t>
      </w:r>
      <w:r w:rsidR="00E12058">
        <w:t>…………………….</w:t>
      </w:r>
      <w:proofErr w:type="gramEnd"/>
      <w:r>
        <w:br/>
        <w:t>E-mail</w:t>
      </w:r>
      <w:proofErr w:type="gramStart"/>
      <w:r>
        <w:t xml:space="preserve">: </w:t>
      </w:r>
      <w:r w:rsidR="00E12058">
        <w:t xml:space="preserve">                       </w:t>
      </w:r>
      <w:r>
        <w:t>…………………………………………</w:t>
      </w:r>
      <w:r w:rsidR="00E12058">
        <w:t>……………………..</w:t>
      </w:r>
      <w:proofErr w:type="gramEnd"/>
      <w:r>
        <w:br/>
        <w:t>Allergies/special conditions (anything important we should know about your child):</w:t>
      </w:r>
    </w:p>
    <w:p w:rsidR="000C15D2" w:rsidRPr="00B314B1" w:rsidRDefault="000F23CC">
      <w:r>
        <w:t>……………………………………………………………………………………………………………………………….</w:t>
      </w:r>
    </w:p>
    <w:p w:rsidR="00B35D87" w:rsidRPr="00B314B1" w:rsidRDefault="00352275">
      <w:r>
        <w:t>(</w:t>
      </w:r>
      <w:proofErr w:type="gramStart"/>
      <w:r>
        <w:t>please</w:t>
      </w:r>
      <w:proofErr w:type="gramEnd"/>
      <w:r>
        <w:t xml:space="preserve"> provide detailed information)</w:t>
      </w:r>
      <w:r>
        <w:br/>
      </w:r>
    </w:p>
    <w:p w:rsidR="00E770A4" w:rsidRDefault="00352275">
      <w:r>
        <w:t>Notes</w:t>
      </w:r>
      <w:proofErr w:type="gramStart"/>
      <w:r>
        <w:t>:</w:t>
      </w:r>
      <w:proofErr w:type="gramEnd"/>
      <w:r>
        <w:br/>
        <w:t>I. The program may change depending on conditions and the children's mood.</w:t>
      </w:r>
      <w:r>
        <w:br/>
        <w:t xml:space="preserve">II. Trips and camps organized by MILIAS CAMPS </w:t>
      </w:r>
      <w:proofErr w:type="gramStart"/>
      <w:r>
        <w:t>are designed</w:t>
      </w:r>
      <w:proofErr w:type="gramEnd"/>
      <w:r>
        <w:t xml:space="preserve"> for small groups of children. Priority order </w:t>
      </w:r>
      <w:proofErr w:type="gramStart"/>
      <w:r>
        <w:t>is maintained</w:t>
      </w:r>
      <w:proofErr w:type="gramEnd"/>
      <w:r>
        <w:t xml:space="preserve"> for reservations.</w:t>
      </w:r>
      <w:r>
        <w:br/>
        <w:t xml:space="preserve">III. Payments </w:t>
      </w:r>
      <w:proofErr w:type="gramStart"/>
      <w:r>
        <w:t>can be made</w:t>
      </w:r>
      <w:proofErr w:type="gramEnd"/>
      <w:r>
        <w:t xml:space="preserve"> via web banking to the following accounts:</w:t>
      </w:r>
      <w:r>
        <w:br/>
      </w:r>
    </w:p>
    <w:p w:rsidR="00B35D87" w:rsidRDefault="00352275">
      <w:r>
        <w:t>Piraeus Ban</w:t>
      </w:r>
      <w:r w:rsidR="00E12058">
        <w:t xml:space="preserve">k:                      </w:t>
      </w:r>
      <w:r>
        <w:t xml:space="preserve"> </w:t>
      </w:r>
      <w:r w:rsidR="00E12058">
        <w:t xml:space="preserve">      </w:t>
      </w:r>
      <w:r>
        <w:t>IBAN: GR 180 171 884 000 6884 121846 273</w:t>
      </w:r>
      <w:r>
        <w:br/>
      </w:r>
      <w:r w:rsidR="00E12058">
        <w:t xml:space="preserve">National Bank of Greece:       </w:t>
      </w:r>
      <w:r>
        <w:t xml:space="preserve"> IBAN: GR 11 0110 0750 0000 0754 7012 752</w:t>
      </w:r>
      <w:r>
        <w:br/>
      </w:r>
      <w:bookmarkStart w:id="0" w:name="_GoBack"/>
      <w:bookmarkEnd w:id="0"/>
      <w:r>
        <w:t>(When making the deposit, please use the child's name as reference)</w:t>
      </w:r>
      <w:r>
        <w:br/>
      </w:r>
    </w:p>
    <w:sectPr w:rsidR="00B35D87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4E7" w:rsidRDefault="00CF34E7" w:rsidP="000F23CC">
      <w:pPr>
        <w:spacing w:after="0" w:line="240" w:lineRule="auto"/>
      </w:pPr>
      <w:r>
        <w:separator/>
      </w:r>
    </w:p>
  </w:endnote>
  <w:endnote w:type="continuationSeparator" w:id="0">
    <w:p w:rsidR="00CF34E7" w:rsidRDefault="00CF34E7" w:rsidP="000F2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3CC" w:rsidRDefault="000F23CC">
    <w:pPr>
      <w:pStyle w:val="a6"/>
    </w:pPr>
    <w:r>
      <w:t>MILIAS CAMPS Ltd                                                                               Email: miliascamps@gmail.com</w:t>
    </w:r>
  </w:p>
  <w:p w:rsidR="000F23CC" w:rsidRDefault="000F23CC">
    <w:pPr>
      <w:pStyle w:val="a6"/>
    </w:pPr>
    <w:proofErr w:type="spellStart"/>
    <w:r>
      <w:t>Stavropoulou</w:t>
    </w:r>
    <w:proofErr w:type="spellEnd"/>
    <w:r>
      <w:t xml:space="preserve"> 30, ATHENS 11252, </w:t>
    </w:r>
    <w:proofErr w:type="spellStart"/>
    <w:r>
      <w:t>tel</w:t>
    </w:r>
    <w:proofErr w:type="spellEnd"/>
    <w:r>
      <w:t xml:space="preserve"> 210 6015601                 website: </w:t>
    </w:r>
    <w:r w:rsidR="00704512">
      <w:t xml:space="preserve">  www.</w:t>
    </w:r>
    <w:r>
      <w:t>miliascamps.gr</w:t>
    </w:r>
  </w:p>
  <w:p w:rsidR="000F23CC" w:rsidRPr="000F23CC" w:rsidRDefault="000F23CC">
    <w:pPr>
      <w:pStyle w:val="a6"/>
    </w:pPr>
    <w:r>
      <w:t xml:space="preserve">MILIAS CAMPS VILLAGE, GRAVIA 33057, </w:t>
    </w:r>
    <w:proofErr w:type="spellStart"/>
    <w:r>
      <w:t>tel</w:t>
    </w:r>
    <w:proofErr w:type="spellEnd"/>
    <w:r>
      <w:t xml:space="preserve"> 2265091620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4E7" w:rsidRDefault="00CF34E7" w:rsidP="000F23CC">
      <w:pPr>
        <w:spacing w:after="0" w:line="240" w:lineRule="auto"/>
      </w:pPr>
      <w:r>
        <w:separator/>
      </w:r>
    </w:p>
  </w:footnote>
  <w:footnote w:type="continuationSeparator" w:id="0">
    <w:p w:rsidR="00CF34E7" w:rsidRDefault="00CF34E7" w:rsidP="000F2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15D2"/>
    <w:rsid w:val="000F23CC"/>
    <w:rsid w:val="00103837"/>
    <w:rsid w:val="0015074B"/>
    <w:rsid w:val="0029639D"/>
    <w:rsid w:val="00326F90"/>
    <w:rsid w:val="00352275"/>
    <w:rsid w:val="005C2D33"/>
    <w:rsid w:val="006D4172"/>
    <w:rsid w:val="00704512"/>
    <w:rsid w:val="00AA1D8D"/>
    <w:rsid w:val="00B314B1"/>
    <w:rsid w:val="00B35D87"/>
    <w:rsid w:val="00B47730"/>
    <w:rsid w:val="00C747E6"/>
    <w:rsid w:val="00CB0664"/>
    <w:rsid w:val="00CF34E7"/>
    <w:rsid w:val="00E12058"/>
    <w:rsid w:val="00E770A4"/>
    <w:rsid w:val="00EF2B9A"/>
    <w:rsid w:val="00F47C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E11D8"/>
  <w14:defaultImageDpi w14:val="300"/>
  <w15:docId w15:val="{A4DC82F7-4464-5C4A-8928-5A1DEC6C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-">
    <w:name w:val="Hyperlink"/>
    <w:basedOn w:val="a2"/>
    <w:uiPriority w:val="99"/>
    <w:unhideWhenUsed/>
    <w:rsid w:val="00C747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iliascamps.gr/summercam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11C893-B622-4448-92BC-C33728BB2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Georgis Milias</cp:lastModifiedBy>
  <cp:revision>10</cp:revision>
  <dcterms:created xsi:type="dcterms:W3CDTF">2025-05-10T15:49:00Z</dcterms:created>
  <dcterms:modified xsi:type="dcterms:W3CDTF">2026-10-29T09:16:00Z</dcterms:modified>
  <cp:category/>
</cp:coreProperties>
</file>